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Stochastic théory of service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Kosten, L/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stochastic theory/ service system/ </w:t>
            </w:r>
          </w:p>
        </w:tc>
      </w:tr>
    </w:tbl>
    <w:p>
      <w:pPr>
        <w:pStyle w:val="Heading3"/>
      </w:pPr>
      <w:r>
        <w:t>Résumé :</w:t>
      </w:r>
    </w:p>
    <w:p>
      <w:r>
        <w:t>Stochastic Theory of Service Systems by L. Kosten is a foundational reference on the application of probability theory and stochastic processes to the analysis and design of service systems. The book develops the mathematical framework needed to model random customer arrivals, service times, waiting lines, and server behavior in a wide range of systems, including telecommunications networks, computer systems, manufacturing operations, and public service facilities.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