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neuronaux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Bourret, Paul/ Samuelides, Manuel/ Reggia, James/ </w:t>
            </w:r>
          </w:p>
        </w:tc>
      </w:tr>
      <w:tr>
        <w:trPr>
          <w:trHeight w:val="567"/>
        </w:trPr>
        <w:tc>
          <w:tcPr>
            <w:tcW w:type="dxa" w:w="3000"/>
          </w:tcPr>
          <w:p>
            <w:r>
              <w:t>Adresse bib.</w:t>
            </w:r>
          </w:p>
        </w:tc>
        <w:tc>
          <w:tcPr>
            <w:tcW w:type="dxa" w:w="7000"/>
          </w:tcPr>
          <w:p>
            <w:r>
              <w:t xml:space="preserve">Teknéa/ </w:t>
            </w:r>
          </w:p>
        </w:tc>
      </w:tr>
      <w:tr>
        <w:trPr>
          <w:trHeight w:val="567"/>
        </w:trPr>
        <w:tc>
          <w:tcPr>
            <w:tcW w:type="dxa" w:w="3000"/>
          </w:tcPr>
          <w:p>
            <w:r>
              <w:t>Nombre de Pages</w:t>
            </w:r>
          </w:p>
        </w:tc>
        <w:tc>
          <w:tcPr>
            <w:tcW w:type="dxa" w:w="7000"/>
          </w:tcPr>
          <w:p>
            <w:r>
              <w:t>269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p. 259-269</w:t>
            </w:r>
          </w:p>
        </w:tc>
      </w:tr>
      <w:tr>
        <w:trPr>
          <w:trHeight w:val="567"/>
        </w:trPr>
        <w:tc>
          <w:tcPr>
            <w:tcW w:type="dxa" w:w="3000"/>
          </w:tcPr>
          <w:p>
            <w:r>
              <w:t>Numéro d'Identification</w:t>
            </w:r>
          </w:p>
        </w:tc>
        <w:tc>
          <w:tcPr>
            <w:tcW w:type="dxa" w:w="7000"/>
          </w:tcPr>
          <w:p>
            <w:r>
              <w:t>2877170160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réseaux neuronaux/ </w:t>
            </w:r>
          </w:p>
        </w:tc>
      </w:tr>
    </w:tbl>
    <w:p>
      <w:pPr>
        <w:pStyle w:val="Heading3"/>
      </w:pPr>
      <w:r>
        <w:t>Résumé :</w:t>
      </w:r>
    </w:p>
    <w:p>
      <w:r>
        <w:t>Cet ouvrage présente les principes fondamentaux des réseaux neuronaux artificiels, une branche importante de l'intelligence artificielle inspirée du fonctionnement du cerveau humain. Il explique les différents modèles de neurones artificiels, les architectures de réseaux, les méthodes d'apprentissage et les principaux algorithmes utilisés pour la classification, la reconnaissance de formes, la prédiction et l'optimisation. Illustré par des exemples et des applications concrètes, le livre constitue une introduction solide pour les étudiants, chercheurs et ingénieurs souhaitant comprendre et utiliser les réseaux neuronaux dans divers domaines scientifiques et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