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optical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Yu, Francis/ Yang, Xiangyang/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XIII-409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403- 409</w:t>
            </w:r>
          </w:p>
        </w:tc>
      </w:tr>
      <w:tr>
        <w:trPr>
          <w:trHeight w:val="567"/>
        </w:trPr>
        <w:tc>
          <w:tcPr>
            <w:tcW w:type="dxa" w:w="3000"/>
          </w:tcPr>
          <w:p>
            <w:r>
              <w:t>Numéro d'Identification</w:t>
            </w:r>
          </w:p>
        </w:tc>
        <w:tc>
          <w:tcPr>
            <w:tcW w:type="dxa" w:w="7000"/>
          </w:tcPr>
          <w:p>
            <w:r>
              <w:t>9780521574938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diffraction/ light propagation/ </w:t>
            </w:r>
          </w:p>
        </w:tc>
      </w:tr>
    </w:tbl>
    <w:p>
      <w:pPr>
        <w:pStyle w:val="Heading3"/>
      </w:pPr>
      <w:r>
        <w:t>Résumé :</w:t>
      </w:r>
    </w:p>
    <w:p>
      <w:r>
        <w:t>The book introduces the physics of light, including geometrical optics and wave optics, then explains the behavior of optical elements such as lenses, mirrors, prisms, filters, and coatings. It also covers optical instruments, lasers, fiber optics, photodetectors, and optical measurement systems. In addition to theory, the book emphasizes the engineering aspects of optical system design, such as imaging performance, aberrations, alignment, and practical applications in communication, sensing, medical devices, and industrial instrumentation. It is a useful introductory reference for students and engineers working in optics, photonics, and related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