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Electric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Gupta, B. R./ Singhal, Vandana/ </w:t>
            </w:r>
          </w:p>
        </w:tc>
      </w:tr>
      <w:tr>
        <w:trPr>
          <w:trHeight w:val="567"/>
        </w:trPr>
        <w:tc>
          <w:tcPr>
            <w:tcW w:type="dxa" w:w="3000"/>
          </w:tcPr>
          <w:p>
            <w:r>
              <w:t>Edition</w:t>
            </w:r>
          </w:p>
        </w:tc>
        <w:tc>
          <w:tcPr>
            <w:tcW w:type="dxa" w:w="7000"/>
          </w:tcPr>
          <w:p>
            <w:r>
              <w:t>third edition</w:t>
            </w:r>
          </w:p>
        </w:tc>
      </w:tr>
      <w:tr>
        <w:trPr>
          <w:trHeight w:val="567"/>
        </w:trPr>
        <w:tc>
          <w:tcPr>
            <w:tcW w:type="dxa" w:w="3000"/>
          </w:tcPr>
          <w:p>
            <w:r>
              <w:t>Adresse bib.</w:t>
            </w:r>
          </w:p>
        </w:tc>
        <w:tc>
          <w:tcPr>
            <w:tcW w:type="dxa" w:w="7000"/>
          </w:tcPr>
          <w:p>
            <w:r>
              <w:t xml:space="preserve">New Age International Pvt Ltd Publishers/ </w:t>
            </w:r>
          </w:p>
        </w:tc>
      </w:tr>
      <w:tr>
        <w:trPr>
          <w:trHeight w:val="567"/>
        </w:trPr>
        <w:tc>
          <w:tcPr>
            <w:tcW w:type="dxa" w:w="3000"/>
          </w:tcPr>
          <w:p>
            <w:r>
              <w:t>Nombre de Pages</w:t>
            </w:r>
          </w:p>
        </w:tc>
        <w:tc>
          <w:tcPr>
            <w:tcW w:type="dxa" w:w="7000"/>
          </w:tcPr>
          <w:p>
            <w:r>
              <w:t>624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9788122416145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Machine/ electromagnetic principle/ </w:t>
            </w:r>
          </w:p>
        </w:tc>
      </w:tr>
    </w:tbl>
    <w:p>
      <w:pPr>
        <w:pStyle w:val="Heading3"/>
      </w:pPr>
      <w:r>
        <w:t>Résumé :</w:t>
      </w:r>
    </w:p>
    <w:p>
      <w:r>
        <w:t>Fundamentals of Electric Machines by B. R. Gupta provides a comprehensive introduction to the theory, operation, analysis, and applications of electric machines. The book explains the principles of electromechanical energy conversion and covers transformers, DC machines, induction motors, synchronous machines, and special-purpose electrical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