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Outils logiciels pour la programmation système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Biggerstaff, Ted J/ </w:t>
            </w:r>
          </w:p>
        </w:tc>
      </w:tr>
      <w:tr>
        <w:trPr>
          <w:trHeight w:val="567"/>
        </w:trPr>
        <w:tc>
          <w:tcPr>
            <w:tcW w:type="dxa" w:w="3000"/>
          </w:tcPr>
          <w:p>
            <w:r>
              <w:t>Adresse bib.</w:t>
            </w:r>
          </w:p>
        </w:tc>
        <w:tc>
          <w:tcPr>
            <w:tcW w:type="dxa" w:w="7000"/>
          </w:tcPr>
          <w:p>
            <w:r>
              <w:t xml:space="preserve">Masson ; London : Prentice Hall/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2225815399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d'exploitation/ programmation multitâche/ </w:t>
            </w:r>
          </w:p>
        </w:tc>
      </w:tr>
    </w:tbl>
    <w:p>
      <w:pPr>
        <w:pStyle w:val="Heading3"/>
      </w:pPr>
      <w:r>
        <w:t>Résumé :</w:t>
      </w:r>
    </w:p>
    <w:p>
      <w:r>
        <w:t>Ce livre explique les principes essentiels de la programmation système en s'appuyant sur des exemples concrets développés en langage C. Il décrit le fonctionnement des systèmes d'exploitation, la gestion des processus, de la mémoire, des fichiers et des entrées/sorties. L'auteur montre également comment concevoir des applications multitâches et multifenêtrées, tout en présentant les principaux outils logiciels utilisés pour développer, tester et maintenir des logiciels système. L'ouvrage s'adresse principalement aux étudiants en informatique ainsi qu'aux développeurs souhaitant approfondir leurs connaissances des logiciels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