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la commande prédictive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Richalet, Jacques/ ADERSA/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nouvelles technologies. Série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347-349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predictive/ réponse inverse/ </w:t>
            </w:r>
          </w:p>
        </w:tc>
      </w:tr>
    </w:tbl>
    <w:p>
      <w:pPr>
        <w:pStyle w:val="Heading3"/>
      </w:pPr>
      <w:r>
        <w:t>Résumé :</w:t>
      </w:r>
    </w:p>
    <w:p>
      <w:r>
        <w:t>Cet ouvrage adopte une approche pédagogique progressive : d'abord très intuitive pour assimiler les concepts physiques, puis mathématique pour valider les calculs.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