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 motors and drives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Hughes, Austin/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Austin Hughes/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 motors/ électric driving/ </w:t>
            </w:r>
          </w:p>
        </w:tc>
      </w:tr>
    </w:tbl>
    <w:p>
      <w:pPr>
        <w:pStyle w:val="Heading3"/>
      </w:pPr>
      <w:r>
        <w:t>Résumé :</w:t>
      </w:r>
    </w:p>
    <w:p>
      <w:r>
        <w:t>Electric Motors and Drives is intended for non-specialist users of electric motors and drives, filling the gap between theory-based academic textbooks and the more prosaic 'handbooks', which provide useful detail but little opportunity for the development of real insight and understanding. The book explores all of the widely-used modern types of motor and drive, including conventional and brushless D.C., induction motors and servo drives, providing readers with the knowledge to select the right technology for a given job. Austin Hughes' approach, using a minimum of maths, has established Electric Motors and Drives as a leading guide for engineers, and the key to a complex subject for a wider readership, including technicians, managers and students.</w:t>
        <w:br/>
        <w:br/>
        <w:t>Acquire essential practical knowledge of motors and drives, with a minimum of math and theory</w:t>
        <w:br/>
        <w:br/>
        <w:t>Updated material on the latest and most widely-used modern motors and drives</w:t>
        <w:br/>
        <w:br/>
        <w:t>New edition includes additional diagrams and worked examples throughout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