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Schémas Automatisme BEP électrotechnique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Graftieaux,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9782011806796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électrotechnique/ technologie électrique/ </w:t>
            </w:r>
          </w:p>
        </w:tc>
      </w:tr>
    </w:tbl>
    <w:p>
      <w:pPr>
        <w:pStyle w:val="Heading3"/>
      </w:pPr>
      <w:r>
        <w:t>Résumé :</w:t>
      </w:r>
    </w:p>
    <w:p>
      <w:r>
        <w:t>La collection TOP' fait peau neuve, avec de nouvelles maquettes et de nouvelles formules ! Pour plus d'efficacité, chaque segment correspond à un objectif pédagogique précis : réviser avec Top' Fiches, s'entraîner avec Top' Exos, et préparer ses examens avec Top' Exam.</w:t>
        <w:br/>
        <w:br/>
        <w:br/>
        <w:br/>
        <w:t>Points forts des Top' Fiches</w:t>
        <w:br/>
        <w:br/>
        <w:t>- Tout le programme en fiches.</w:t>
        <w:br/>
        <w:br/>
        <w:t>- Les notions à maîtriser.</w:t>
        <w:br/>
        <w:br/>
        <w:t>- Les définitions à connaître.</w:t>
        <w:br/>
        <w:br/>
        <w:t>- Les schémas de synthèse à avoir en tête.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