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électroniques au laboratoire et dans l'industrie physique des capteurs, circuits associés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Zelbstein, U./ Baïssas, 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électronique/ circuit associé/ </w:t>
            </w:r>
          </w:p>
        </w:tc>
      </w:tr>
    </w:tbl>
    <w:p>
      <w:pPr>
        <w:pStyle w:val="Heading3"/>
      </w:pPr>
      <w:r>
        <w:t>Résumé :</w:t>
      </w:r>
    </w:p>
    <w:p>
      <w:r>
        <w:t>Cet ouvrage présente les principes fondamentaux des systèmes de mesure électroniques utilisés aussi bien en laboratoire que dans les applications industrielles. Il explique comment les différentes grandeurs physiques, telles que la température, la pression, le déplacement, la force ou la lumière, sont détectées par des capteurs et converties en signaux électriques exploitables. L'auteur décrit en détail les caractéristiques des capteurs, notamment leur sensibilité, leur précision, leur linéarité et leur stabilité, ainsi que les phénomènes physiques sur lesquels repose leur fonctionnement. L'ouvrage traite également des circuits électroniques associés au conditionnement des signaux, notamment les amplificateurs, les filtres, les ponts de mesure et les dispositifs d'adaptation et de protection, indispensables pour garantir la qualité des mesures. Il aborde ensuite les techniques d'acquisition et de conversion analogique-numérique, ainsi que les principaux instruments de mesure utilisés en électronique. Enfin, il met l'accent sur les applications pratiques des systèmes de mesure dans l'industrie, en présentant les méthodes permettant d'améliorer la fiabilité, la précision et les performances des chaînes de mesure. Grâce à son approche à la fois théorique et appliquée, cet ouvrage constitue une référence utile pour les étudiants, les enseignants, les ingénieurs et les techniciens souhaitant maîtriser les principes de l'instrumentation électronique et des systèmes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