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d'automatismes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Vallée, René-Louis/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2225378738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Electronique numérique/ circuit combinatoire/ </w:t>
            </w:r>
          </w:p>
        </w:tc>
      </w:tr>
    </w:tbl>
    <w:p>
      <w:pPr>
        <w:pStyle w:val="Heading3"/>
      </w:pPr>
      <w:r>
        <w:t>Résumé :</w:t>
      </w:r>
    </w:p>
    <w:p>
      <w:r>
        <w:t>Cet ouvrage met en œuvre les méthodes de l'analyse binaire pour la conception, la simplification et l'étude des circuits logiques et des systèmes de commande numérique. Il s'adresse principalement aux étudiants et aux professionnels de l'automatique et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