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Sources froides des centrales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d'été de mécanique des fluides/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Collection de la Direction des Etudes et Recherches d'Electricité de France(N°:None)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source froide/ centrale électrique/ </w:t>
            </w:r>
          </w:p>
        </w:tc>
      </w:tr>
    </w:tbl>
    <w:p>
      <w:pPr>
        <w:pStyle w:val="Heading3"/>
      </w:pPr>
      <w:r>
        <w:t>Résumé :</w:t>
      </w:r>
    </w:p>
    <w:p>
      <w:r>
        <w:t>CEA et EDF, constitue une référence sur les systèmes de refroidissement des centrales thermiques et nucléaires. Il présente les principes thermodynamiques qui imposent la présence d'une source froide pour condenser la vapeur en sortie de turbine et améliorer le rendement des cycles de production d'électricité. Les auteurs analysent les différentes solutions de refroidissement utilisant les cours d'eau, les lacs, la mer ou les tours aéroréfrigérantes, en étudiant les phénomènes d'échange thermique, d'écoulement des fluides et de transfert de chaleur dans les condenseurs et les circuits hydrauliques. L'ouvrage examine également les aspects liés au dimensionnement des installations, aux performances énergétiques, à la corrosion, à l'entartrage, à l'encrassement biologique ainsi qu'à l'exploitation des équipements. Une attention particulière est portée aux conséquences environnementales des rejets thermiques sur les milieux aquatiques, aux méthodes de modélisation de leur dispersion et aux critères permettant de limiter les impacts écologiques. Fondé sur des conférences données par des spécialistes du CEA, d'EDF et du monde universitaire, cet ouvrage associe les bases scientifiques aux applications industrielles et constitue une référence pour les étudiants, chercheurs et ingénieurs travaillant dans les domaines de la thermique, de la mécanique des fluides et de la production d'énergie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