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Tracage et travaux de l'ajusteur mécanicien. F2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Chevalier,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Delagrave/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traçage industriel/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principes et les méthodes de traçage, étape essentielle avant toute opération d'usinage ou d'ajustage. Il explique les techniques de préparation des surfaces, le report précis des cotes à partir d'un dessin technique et l'utilisation des instruments de traçage tels que le marbre, le trusquin, la pointe à tracer, le réglet, l'équerre et le compas.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