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solaire et stockage d'énergie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Dumon, Roger/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222563503X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solar energy/ energy storage/ </w:t>
            </w:r>
          </w:p>
        </w:tc>
      </w:tr>
    </w:tbl>
    <w:p>
      <w:pPr>
        <w:pStyle w:val="Heading3"/>
      </w:pPr>
      <w:r>
        <w:t>Résumé :</w:t>
      </w:r>
    </w:p>
    <w:p>
      <w:r>
        <w:t>Cet ouvrage présente les principes fondamentaux de l'énergie solaire ainsi que les méthodes de stockage indispensables pour pallier son caractère intermittent. Roger Dumon explique les contraintes liées à l'exploitation de l'énergie solaire, puis décrit les principales techniques de stockage thermique adaptées à différents niveaux de température. L'auteur aborde également le rôle de la photosynthèse comme mécanisme naturel de conversion et de stockage de l'énergie solaire. L'ouvrage constitue une introduction aux technologies de conversion et de stockage de l'énergie, en mettant l'accent sur les accumulateurs de chaleur et leur importance dans les systèmes énergétiques solaires. La deuxième édition replace ces questions dans le contexte de la crise énergétique des années 1970, qui a renforcé l'intérêt pour les énergies renouvelables et les solutions de stockage.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