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Régulation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Ksouri, Mekki/ Borne, Pierre/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technologies(N°:4)</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2710807149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enregistreur potentiométrique/ </w:t>
            </w:r>
          </w:p>
        </w:tc>
      </w:tr>
    </w:tbl>
    <w:p>
      <w:pPr>
        <w:pStyle w:val="Heading3"/>
      </w:pPr>
      <w:r>
        <w:t>Résumé :</w:t>
      </w:r>
    </w:p>
    <w:p>
      <w:r>
        <w:t>Cet ouvrage est un livre pédagogique qui présente les principes de la régulation industrielle à travers des problèmes corrigés. Il permet d'apprendre la modélisation, l'analyse et le réglage des systèmes de commande en s'appuyant sur des exemples concrets issus des procédés industriels. Il est destiné aux étudiants et aux professionnels de l'automatique.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