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Digital Systems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Dally, William J./ Poulton, John W./ </w:t>
            </w:r>
          </w:p>
        </w:tc>
      </w:tr>
      <w:tr>
        <w:trPr>
          <w:trHeight w:val="567"/>
        </w:trPr>
        <w:tc>
          <w:tcPr>
            <w:tcW w:type="dxa" w:w="3000"/>
          </w:tcPr>
          <w:p>
            <w:r>
              <w:t>Adresse bib.</w:t>
            </w:r>
          </w:p>
        </w:tc>
        <w:tc>
          <w:tcPr>
            <w:tcW w:type="dxa" w:w="7000"/>
          </w:tcPr>
          <w:p>
            <w:r>
              <w:t xml:space="preserve">Campus Press/ </w:t>
            </w:r>
          </w:p>
        </w:tc>
      </w:tr>
      <w:tr>
        <w:trPr>
          <w:trHeight w:val="567"/>
        </w:trPr>
        <w:tc>
          <w:tcPr>
            <w:tcW w:type="dxa" w:w="3000"/>
          </w:tcPr>
          <w:p>
            <w:r>
              <w:t>Nombre de Pages</w:t>
            </w:r>
          </w:p>
        </w:tc>
        <w:tc>
          <w:tcPr>
            <w:tcW w:type="dxa" w:w="7000"/>
          </w:tcPr>
          <w:p>
            <w:r>
              <w:t>663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653-663</w:t>
            </w:r>
          </w:p>
        </w:tc>
      </w:tr>
      <w:tr>
        <w:trPr>
          <w:trHeight w:val="567"/>
        </w:trPr>
        <w:tc>
          <w:tcPr>
            <w:tcW w:type="dxa" w:w="3000"/>
          </w:tcPr>
          <w:p>
            <w:r>
              <w:t>Numéro d'Identification</w:t>
            </w:r>
          </w:p>
        </w:tc>
        <w:tc>
          <w:tcPr>
            <w:tcW w:type="dxa" w:w="7000"/>
          </w:tcPr>
          <w:p>
            <w:r>
              <w:t>9780521061759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logic design/ hardware design/ </w:t>
            </w:r>
          </w:p>
        </w:tc>
      </w:tr>
    </w:tbl>
    <w:p>
      <w:pPr>
        <w:pStyle w:val="Heading3"/>
      </w:pPr>
      <w:r>
        <w:t>Résumé :</w:t>
      </w:r>
    </w:p>
    <w:p>
      <w:r>
        <w:t>The book generally begins with the foundations of number systems, binary representation, and Boolean algebra, then moves toward the design of combinational and sequential logic circuits. It explains the structure and operation of essential digital components such as registers, counters, memories, and processor-based subsystems.</w:t>
        <w:br/>
        <w:br/>
        <w:br/>
        <w:br/>
        <w:t>The text also addresses system-level topics including digital interfacing, embedded systems, hardware description methods, and performance optimization. In addition, it covers testing, fault diagnosis, and reliability issues, which are crucial for practical digital system implementation. Overall, the book provides a structured understanding of how digital systems are conceived, modeled, built, and applied in modern engineering fields such as computing, telecommunications, automation, and signal processing.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