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Développer des bases de données Web avec la plate-forme Microsoft .NET étape par étape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Buyens, Jim/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550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2100066285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ADO.NET/ applications web/ </w:t>
            </w:r>
          </w:p>
        </w:tc>
      </w:tr>
    </w:tbl>
    <w:p>
      <w:pPr>
        <w:pStyle w:val="Heading3"/>
      </w:pPr>
      <w:r>
        <w:t>Résumé :</w:t>
      </w:r>
    </w:p>
    <w:p>
      <w:r>
        <w:t>Cet ouvrage constitue un guide pratique pour développer des applications Web reposant sur des bases de données avec la plate-forme Microsoft .NET. Il présente les principes de conception des bases de données relationnelles, l'utilisation d'ADO.NET pour accéder aux données et la création d'interfaces Web dynamiques avec ASP.NET. L'auteur explique comment créer, interroger et administrer une base de données, tout en mettant l'accent sur la sécurité, les performances et le déploiement des applications. Les nombreux exemples et exercices permettent aux développeurs d'acquérir une maîtrise progressive des technologies Microsoft destinées au développement d'applications Web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