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Régimes hydrologiques de l'Afrique noire à l'Ouest du Congo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Rodier,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I.F.Q.A./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Bassins hydrographiques/ Afrique subsaharienne/ hydrologie/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