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 drive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Chilikin, M/ Feinberg, Jacob/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495</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 Drive/ electric motors/ </w:t>
            </w:r>
          </w:p>
        </w:tc>
      </w:tr>
    </w:tbl>
    <w:p>
      <w:pPr>
        <w:pStyle w:val="Heading3"/>
      </w:pPr>
      <w:r>
        <w:t>Résumé :</w:t>
      </w:r>
    </w:p>
    <w:p>
      <w:r>
        <w:t>lectric Drive by M. Chilikin provides a comprehensive introduction to the principles, analysis, and control of electric drive systems. The book explains the operating characteristics of electric motors, emphasizing torque–speed relationships, speed regulation techniques, and dynamic behavior during transient conditions. It also discusses motor sizing based on load requirements and presents methods for selecting appropriate drive systems for industrial applications. The second part focuses on automatic control, including open-loop and closed-loop control strategies, servo drive systems, and integrated automation. The book combines theoretical concepts with practical engineering applications, making it a valuable reference for students, researchers, and engineers working in electrical engineering, power electronics, industrial automation, and motor control.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