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distribution d'énergie électrique en présence de production décentralisée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Hadjsaïd, Nouredine/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263-VI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9782746222182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production distribuée/ cogénération/ </w:t>
            </w:r>
          </w:p>
        </w:tc>
      </w:tr>
    </w:tbl>
    <w:p>
      <w:pPr>
        <w:pStyle w:val="Heading3"/>
      </w:pPr>
      <w:r>
        <w:t>Résumé :</w:t>
      </w:r>
    </w:p>
    <w:p>
      <w:r>
        <w:t>Cet ouvrage présente l'état de l'art dans le domaine de la distribution de l'énergie électrique. Ce domaine du génie électrique qui a peu évolué au cours des décennies passées vient de trouver un essor important du fait de la libéralisation des marchés de l'énergie et du développement des énergies renouvelables. L'ouvrage La distribution d'énergie électrique en présence de production décentralisée décrit la situation actuelle des réseaux de distribution et analyse les aspects techniques et économiques de l'introduction des moyens décentralisés de production sur les réseaux de distribution. Il analyse en particulier l'évolution attendue de l'insertion des énergies éoliennes et solaires photovoltaïque sur ces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