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générale professionnelle de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Raffin, Édouard/ Berthiau, Jean R/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204007810x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mécanique/ mécanique générale/ </w:t>
            </w:r>
          </w:p>
        </w:tc>
      </w:tr>
    </w:tbl>
    <w:p>
      <w:pPr>
        <w:pStyle w:val="Heading3"/>
      </w:pPr>
      <w:r>
        <w:t>Résumé :</w:t>
      </w:r>
    </w:p>
    <w:p>
      <w:r>
        <w:t>L'ouvrage présente les principes fondamentaux de la métrologie, en expliquant les méthodes de mesure, les instruments de contrôle dimensionnel, les tolérances et la précision des mesures. Il aborde ensuite les principaux essais des métaux, tels que les essais de dureté, de traction, de résilience et d'autres méthodes permettant d'évaluer les propriétés mécaniques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