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théorique et pratique des engrenages.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Henriot,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ème èd.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2040052852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engrenages/ construction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Le Tome 1 du Traité théorique et pratique des engrenages de Georges Henriot est considéré comme un ouvrage de référence en transmission mécanique. Il rassemble les connaissances scientifiques et technologiques indispensables à la conception, au calcul et à l'étude des engrenages utilisés dans les systèmes mécaniques. L'ouvrage expose de manière rigoureuse les principes théoriques tout en les reliant aux applications industrielles.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