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moteur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Chollet, H. M./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327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2602008885</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automobile/ moteur thermique/ </w:t>
            </w:r>
          </w:p>
        </w:tc>
      </w:tr>
    </w:tbl>
    <w:p>
      <w:pPr>
        <w:pStyle w:val="Heading3"/>
      </w:pPr>
      <w:r>
        <w:t>Résumé :</w:t>
      </w:r>
    </w:p>
    <w:p>
      <w:r>
        <w:t>L'ouvrage Le moteur : cours pratique pour mécaniciens d'automobiles constitue un manuel pédagogique destiné aux élèves mécaniciens, apprentis et professionnels de l'automobile. Il présente de manière progressive les principes de fonctionnement des moteurs thermiques, la description détaillée de leurs composants ainsi que les systèmes indispensables à leur fonctionnement (alimentation, distribution, lubrification, refroidissement et allumage). L'auteur explique également les méthodes d'entretien, les techniques de démontage et de remontage, les procédures de contrôle ainsi que le diagnostic des principales défaillances mécaniques. L'ouvrage privilégie une approche pratique illustrée, permettant au lecteur d'acquérir les compétences nécessaires pour comprendre, entretenir et réparer les moteurs automobiles.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