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technelogie et schema.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Reuse, Francois A/ Heiny, P./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2216001775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appareil électrique/ électricité/ </w:t>
            </w:r>
          </w:p>
        </w:tc>
      </w:tr>
    </w:tbl>
    <w:p>
      <w:pPr>
        <w:pStyle w:val="Heading3"/>
      </w:pPr>
      <w:r>
        <w:t>Résumé :</w:t>
      </w:r>
    </w:p>
    <w:p>
      <w:r>
        <w:t>Le deuxième tome approfondit les connaissances fondamentales en technologie électrique en mettant l’accent sur les applications pratiques et industrielles. L’ouvrage présente d’abord les matériaux et les équipements électriques utilisés dans les installations, puis étudie les générateurs chimiques tels que les piles et les accumulateurs. Il explique ensuite les principes de production, de transport et de distribution de l’énergie électrique afin de comprendre le fonctionnement des réseaux électriques. Une partie importante est consacrée à l’appareillage électrique, notamment aux dispositifs de commande, de protection et de contrôle des circuits. Le livre décrit aussi les différentes formes d’utilisation de l’énergie électrique dans les domaines domestiques et industriels. Enfin, il insiste sur les règles de sécurité liées aux courants électriques et introduit les automatismes, qui permettent le fonctionnement automatique des systèmes électriques. Cet ouvrage constitue ainsi une continuité du premier tome en orientant davantage l’apprentissage vers les installations réelles et les applications techniques de l’électricité.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