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théorie des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Bose, Amar G./ Stevens, Kenneth/ Boisvert, Maurice/ Tousignat, Bernard/ </w:t>
            </w:r>
          </w:p>
        </w:tc>
      </w:tr>
      <w:tr>
        <w:trPr>
          <w:trHeight w:val="567"/>
        </w:trPr>
        <w:tc>
          <w:tcPr>
            <w:tcW w:type="dxa" w:w="3000"/>
          </w:tcPr>
          <w:p>
            <w:r>
              <w:t>Adresse bib.</w:t>
            </w:r>
          </w:p>
        </w:tc>
        <w:tc>
          <w:tcPr>
            <w:tcW w:type="dxa" w:w="7000"/>
          </w:tcPr>
          <w:p>
            <w:r>
              <w:t xml:space="preserve">Les Presses de l'Université Laval/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399-407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nodale/ superposition/ </w:t>
            </w:r>
          </w:p>
        </w:tc>
      </w:tr>
    </w:tbl>
    <w:p>
      <w:pPr>
        <w:pStyle w:val="Heading3"/>
      </w:pPr>
      <w:r>
        <w:t>Résumé :</w:t>
      </w:r>
    </w:p>
    <w:p>
      <w:r>
        <w:t>L’ouvrage Introduction à la théorie des réseaux électriques de Bose présente les fondements théoriques nécessaires à l’analyse et à la compréhension des réseaux électriques. Il aborde les lois de base des circuits, les éléments passifs, les méthodes d’analyse nodale et par mailles, ainsi que les principaux théorèmes de réseau tels que ceux de Thévenin, Norton et superposition. L’ouvrage développe également l’étude des régimes sinusoïdaux, des circuits RLC, des phénomènes transitoires et des quadripôles. Il constitue une introduction structurée à la théorie des réseaux, utile pour les étudiants en électrotechnique, électronique et génie électrique, en reliant les outils mathématiques aux applications pratiques dans les circuits et systèmes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