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Applied Electromagnetics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Claycomb, James R./ </w:t>
            </w:r>
          </w:p>
        </w:tc>
      </w:tr>
      <w:tr>
        <w:trPr>
          <w:trHeight w:val="567"/>
        </w:trPr>
        <w:tc>
          <w:tcPr>
            <w:tcW w:type="dxa" w:w="3000"/>
          </w:tcPr>
          <w:p>
            <w:r>
              <w:t>Adresse bib.</w:t>
            </w:r>
          </w:p>
        </w:tc>
        <w:tc>
          <w:tcPr>
            <w:tcW w:type="dxa" w:w="7000"/>
          </w:tcPr>
          <w:p>
            <w:r>
              <w:t xml:space="preserve">Jones and bartlett publishers/ </w:t>
            </w:r>
          </w:p>
        </w:tc>
      </w:tr>
      <w:tr>
        <w:trPr>
          <w:trHeight w:val="567"/>
        </w:trPr>
        <w:tc>
          <w:tcPr>
            <w:tcW w:type="dxa" w:w="3000"/>
          </w:tcPr>
          <w:p>
            <w:r>
              <w:t>Nombre de Pages</w:t>
            </w:r>
          </w:p>
        </w:tc>
        <w:tc>
          <w:tcPr>
            <w:tcW w:type="dxa" w:w="7000"/>
          </w:tcPr>
          <w:p>
            <w:r>
              <w:t>407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9789380298160</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applied electromagnetic/ electrostatics/ </w:t>
            </w:r>
          </w:p>
        </w:tc>
      </w:tr>
    </w:tbl>
    <w:p>
      <w:pPr>
        <w:pStyle w:val="Heading3"/>
      </w:pPr>
      <w:r>
        <w:t>Résumé :</w:t>
      </w:r>
    </w:p>
    <w:p>
      <w:r>
        <w:t>Intended As A Textbook For Electromagnetics Or A Reference For Practicing Engineers, The Book Uses The Computer Software Packages Quickfield And MATLAB For Visualizing Electric And Magnetic Fields, And For Calculating Their Resulting Forces, Charge, And Current Distributions. The Concepts Of Electromagnetism "Come Alive" As The Readers Model Real World Problems And Experiment With Currents In Biological Tissue Under Electrical Stimulation, For Superconducting Magnetic Shielding, Monte Carlo Methods, Etc. The Accompanying CD Includes A Fully Functional Version Of Quickfield (Widely Used In Industry), As Well As Numerous Demonstrations And Simulations With MATLAB.</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