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numériques et optimisation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Corriou,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445 p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431-440.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9782743013172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 numérique/ analyse numerique/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Méthodes numériques et optimisation présente l'essentiel des méthodes numériques et de l'optimisation sous l'angle théorique et pratique. pour la première fois, ces deux domaines sont rassemblés dans un même ouvrage : l'ingénieur doit en effet souvent résoudre des problèmes d'optimisation qui font intervenir des aspects numériques. </w:t>
        <w:br/>
        <w:br/>
        <w:t xml:space="preserve">sont ainsi exposées et explicitées les différentes méthodes et techniques à la disposition de l'utilisateur : interpolation et approximation , intégration numérique , résolution d'équations par les méthodes itératives , opérations numériques sur les matrices , résolution des systèmes d'équations algébriques , intégration numérique des équations différentielles ordinaires , intégration numérique des équations aux dérivées partielles , méthodes analytiques d'optimisation , méthodes numériques d'optimisation , programmation linéaire , optimisation quadratique et non linéaire. </w:t>
        <w:br/>
        <w:br/>
        <w:t>accompagné de nombreux exemples et d'exercices, cet ouvrage est destiné aux enseignants, chercheurs, ingénieurs, ainsi qu'aux étudiants en université et écoles d'ingénieurs, qui y trouveront des explications détaillées, des algorithmes et des applications couvrant la très grande majorité des problèmes physiques devant être résolus numériquement.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