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technelogie et schema.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Capliez, A/ Heiny, P./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2216000574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matériaux isolants/ </w:t>
            </w:r>
          </w:p>
        </w:tc>
      </w:tr>
    </w:tbl>
    <w:p>
      <w:pPr>
        <w:pStyle w:val="Heading3"/>
      </w:pPr>
      <w:r>
        <w:t>Résumé :</w:t>
      </w:r>
    </w:p>
    <w:p>
      <w:r>
        <w:t>Cet ouvrage présente les bases essentielles de l’électricité appliquée et de la technologie des installations électriques. Il introduit d’abord le rôle de l’électricien ainsi que les connaissances nécessaires à l’exercice de ce métier. L’ouvrage explique ensuite la représentation des équipements à travers les schémas électriques et les symboles normalisés, indispensables pour comprendre et réaliser une installation. Il étudie également les différents matériaux utilisés en électricité, tels que les conducteurs, les isolants et les matériaux magnétiques, en mettant en évidence leurs caractéristiques et leurs usages. Le livre décrit aussi les principaux équipements électriques et les appareils de commande et de protection comme les contacteurs, relais, fusibles et disjoncteurs. Enfin, il aborde les différentes utilisations de l’énergie électrique dans les domaines domestiques et industriels, tout en insistant sur les règles de sécurité et les mesures de protection contre les risques électriques. Dans l’ensemble, cet ouvrage constitue une introduction pratique et technique destinée à acquérir les connaissances fondamentales nécessaires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