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mode d'emploi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Bontems, Pierre/ Harlay, Laurent/ Harlay, Laurent/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2729879323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mobile/ micro-informatique/ </w:t>
            </w:r>
          </w:p>
        </w:tc>
      </w:tr>
    </w:tbl>
    <w:p>
      <w:pPr>
        <w:pStyle w:val="Heading3"/>
      </w:pPr>
      <w:r>
        <w:t>Résumé :</w:t>
      </w:r>
    </w:p>
    <w:p>
      <w:r>
        <w:t>mode d'emploi est un ouvrage d'initiation destiné aux débutants souhaitant acquérir les bases de l'informatique. Il explique de manière simple le fonctionnement d'un ordinateur, la gestion des fichiers, l'utilisation des principaux logiciels bureautiques (traitement de texte et tableur), ainsi que les notions essentielles relatives à Internet, au courrier électronique et aux réseaux. Le livre propose également des conseils pratiques pour choisir un ordinateur, utiliser les périphériques, sécuriser les données et réaliser des documents courants tels qu'un CV ou un rapport. Illustré de nombreux exemples, il constitue un guide pratique pour une utilisation efficace de l'outil informatique au quotidien.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