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Limit state Design of reinforced concrete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B.C./ Jain, Ashok Kumar/ Jain, Arun kumar/ </w:t>
            </w:r>
          </w:p>
        </w:tc>
      </w:tr>
      <w:tr>
        <w:trPr>
          <w:trHeight w:val="567"/>
        </w:trPr>
        <w:tc>
          <w:tcPr>
            <w:tcW w:type="dxa" w:w="3000"/>
          </w:tcPr>
          <w:p>
            <w:r>
              <w:t>Edition</w:t>
            </w:r>
          </w:p>
        </w:tc>
        <w:tc>
          <w:tcPr>
            <w:tcW w:type="dxa" w:w="7000"/>
          </w:tcPr>
          <w:p>
            <w:r>
              <w:t>1st éd.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936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9788131802410</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structural design/ beams/ structural Analysis/ building construction/ </w:t>
            </w:r>
          </w:p>
        </w:tc>
      </w:tr>
    </w:tbl>
    <w:p>
      <w:pPr>
        <w:pStyle w:val="Heading3"/>
      </w:pPr>
      <w:r>
        <w:t>Résumé :</w:t>
      </w:r>
    </w:p>
    <w:p>
      <w:r>
        <w:t>Limit State Design of Reinforced Concrete by Dr. B. C. Punmia is a comprehensive textbook on the analysis and design of reinforced concrete structures using the limit state method. It explains the principles of structural behavior, material properties, and design procedures in accordance with modern design codes. The book covers beams, slabs, columns, footings, staircases, retaining walls, and other reinforced concrete elements, with numerous solved examples and practical design problems for civil engineering students and professionals.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