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Électromécanique de systèmes automatisés module 4 vérification d'un circuit électrique module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CEMEQ/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9782896203635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électromécanique/ circuit électrique/ </w:t>
            </w:r>
          </w:p>
        </w:tc>
      </w:tr>
    </w:tbl>
    <w:p>
      <w:pPr>
        <w:pStyle w:val="Heading3"/>
      </w:pPr>
      <w:r>
        <w:t>Résumé :</w:t>
      </w:r>
    </w:p>
    <w:p>
      <w:r>
        <w:t>Ce guide présente les notions de base en électricité dont la tension, le courant, la résistance, la réactance et le facteur de puissance. Les composants des circuits sont mis en contexte dans des circuits en série, en parallèle ou mixtes, alimentés en c.c. ou en c.a. Un grand nombre d'exercices théoriques permettront à l'élève de bien saisir les nuances et des exercices pratiques le familiariseront avec les instruments de mesure. L'exercice de synthèse comporte à la fois un volet théorique et un volet pratique suffisamment élaborés pour bien préparer l'élève à l'évaluation finale.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