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statistiques.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Grais, Bernard/ </w:t>
            </w:r>
          </w:p>
        </w:tc>
      </w:tr>
      <w:tr>
        <w:trPr>
          <w:trHeight w:val="567"/>
        </w:trPr>
        <w:tc>
          <w:tcPr>
            <w:tcW w:type="dxa" w:w="3000"/>
          </w:tcPr>
          <w:p>
            <w:r>
              <w:t>Edition</w:t>
            </w:r>
          </w:p>
        </w:tc>
        <w:tc>
          <w:tcPr>
            <w:tcW w:type="dxa" w:w="7000"/>
          </w:tcPr>
          <w:p>
            <w:r>
              <w:t>3 éme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2100041886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mathématique/ probabilités/ </w:t>
            </w:r>
          </w:p>
        </w:tc>
      </w:tr>
    </w:tbl>
    <w:p>
      <w:pPr>
        <w:pStyle w:val="Heading3"/>
      </w:pPr>
      <w:r>
        <w:t>Résumé :</w:t>
      </w:r>
    </w:p>
    <w:p>
      <w:r>
        <w:t>L'ambition de cet ouvrage est de donner sous une forme pratique et sans recours excessif à l'appareil mathématique un exposé intégré des techniques statistiques qui sont aujourd'hui indispensables à l'étudiant, au responsable ou cadre d'entreprise. Le présent volume aborde de façon claire et précise les instruments nécessaires à l'analyse statistique : - le calcul des probabilités, - les lois de distribution, - la corrélation, - les sondages, - les estimations et tests sur échantillons. Largement illustré d'exemples commentés et expliqués, il constitue un outil dont l'aspect concret n'échappera pas à ceux qui s'intéressent surtout aux principes, aux résultats et aux applications. Méthodes statistiques est précédé du volume Statistique descriptive consacré aux méthodes élémentaires, complété dans la même collection par les Exercices de statistique descriptive avec rappel de cour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