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PASS physique, biophysique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Belazreg, Frédérique/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Parcours santé(N°:None)</w:t>
            </w:r>
          </w:p>
        </w:tc>
      </w:tr>
      <w:tr>
        <w:trPr>
          <w:trHeight w:val="567"/>
        </w:trPr>
        <w:tc>
          <w:tcPr>
            <w:tcW w:type="dxa" w:w="3000"/>
          </w:tcPr>
          <w:p>
            <w:r>
              <w:t>Numéro d'Identification</w:t>
            </w:r>
          </w:p>
        </w:tc>
        <w:tc>
          <w:tcPr>
            <w:tcW w:type="dxa" w:w="7000"/>
          </w:tcPr>
          <w:p>
            <w:r>
              <w:t>9782100828968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questions à choix multiple/ </w:t>
            </w:r>
          </w:p>
        </w:tc>
      </w:tr>
    </w:tbl>
    <w:p>
      <w:pPr>
        <w:pStyle w:val="Heading3"/>
      </w:pPr>
      <w:r>
        <w:t>Résumé :</w:t>
      </w:r>
    </w:p>
    <w:p>
      <w:r>
        <w:t>Cet ouvrage propose un entraînement complet pour bien préparer aux examens de Physique et Biophysique de PASS et de Licence Accès Santé (L. AS)QCM thématiques - Plus de 400 QCM - Classés par thèmes du programme - Vérfiiez votre appretnissage des notions de cours et évaluez votre niveauExamens blanc… Cet ouvrage propose un entraînement complet pour bien préparer aux examens de Physique et Biophysique de PASS et de Licence Accès Santé (L. AS)QCM thématiques - Plus de 400 QCM - Classés par thèmes du programme - Vérifiez votre apprentissage des notions de cours et évaluez votre niveau Examens blancs - 6 examens blancs pour réviser le programme de physique et biophysique - Entraînez-vous dans les conditions des épreuves Tous les corrigés détaillés et commentés - Pour travailler en parfaite autonomie.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