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 systèmes automatiques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Bühler, Hansruedi/ </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542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2880741491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automatique/ système automatique/ </w:t>
            </w:r>
          </w:p>
        </w:tc>
      </w:tr>
    </w:tbl>
    <w:p>
      <w:pPr>
        <w:pStyle w:val="Heading3"/>
      </w:pPr>
      <w:r>
        <w:t>Résumé :</w:t>
      </w:r>
    </w:p>
    <w:p>
      <w:r>
        <w:t>L'ouvrage Conception de systèmes automatiques présente les principes fondamentaux de l'automatique, depuis la modélisation des systèmes jusqu'à la conception de lois de commande performantes. Il explique les notions essentielles de stabilité, de précision, de rapidité et de robustesse des systèmes asservis. L'auteur développe les méthodes classiques d'analyse temporelle et fréquentielle, puis décrit les principaux correcteurs (P, PI, PD et PID) utilisés dans l'industrie. L'ouvrage s'appuie sur de nombreux exemples pratiques permettant de relier la théorie aux applications industrielles telles que la robotique, la régulation des procédés et les systèmes de production automatisés. Il constitue une référence pédagogique pour les étudiants en génie électrique, automatique et mécatronique.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