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moteurs asynchrones.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Canudas-de-Wit, Carlos/ commande automatique/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2746201127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asynchrones/ </w:t>
            </w:r>
          </w:p>
        </w:tc>
      </w:tr>
    </w:tbl>
    <w:p>
      <w:pPr>
        <w:pStyle w:val="Heading3"/>
      </w:pPr>
      <w:r>
        <w:t>Résumé :</w:t>
      </w:r>
    </w:p>
    <w:p>
      <w:r>
        <w:t>Le traité Information, Commande, Communication répond au besoin de disposer d'un ensemble complet des connaissances et méthodes nécessaires à la maîtrise des systèmes technologiques. Conçu volontairement dans un esprit d'échange disciplinaire, le traité IC2 est l'état de l'art dans les domaines suivants retenus par le comité scientifique : Réseaux et télécoms Traitement du signal et de l'image Informatique et systèmes d'information Systèmes automatisés Productique Chaque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