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Équipements et installations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René/ Cogniel, Denis/ Lehalle,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Éducalivre-Casteilla/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Capliez. 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503-512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2713517206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protection électrique/ chute de tension/ </w:t>
            </w:r>
          </w:p>
        </w:tc>
      </w:tr>
    </w:tbl>
    <w:p>
      <w:pPr>
        <w:pStyle w:val="Heading3"/>
      </w:pPr>
      <w:r>
        <w:t>Résumé :</w:t>
      </w:r>
    </w:p>
    <w:p>
      <w:r>
        <w:t>L'ouvrage décrit les différents équipements électriques (conducteurs, tableaux, appareillages de protection, dispositifs de commande et de contrôle) ainsi que leur rôle dans la distribution sécurisée de l'énergie électrique.</w:t>
        <w:br/>
        <w:br/>
        <w:br/>
        <w:br/>
        <w:t>Il traite des méthodes de dimensionnement des installations, du choix des matériels, des schémas de liaison à la terre, des protections contre les surcharges, les courts-circuits et les contacts électriques. Une attention particulière est portée aux normes en vigueur, à la sécurité des personnes et des installations, ainsi qu'aux techniques de maintenance et de diagnostic des équipements.</w:t>
        <w:br/>
        <w:br/>
        <w:br/>
        <w:br/>
        <w:t>Ce livre constitue une référence pour les étudiants en électrotechnique, les ingénieurs, les techniciens de maintenance et les professionnels chargés de la conception, de l'installation et de l'exploitation des systèmes électriques.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