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industrielle.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Cerr, Michel/ Engrand, Jean-Claude/ Rossmann, François/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Technique et documentation-Lavoisier/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2852066769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industrielle/ métrologie industrielle/ </w:t>
            </w:r>
          </w:p>
        </w:tc>
      </w:tr>
    </w:tbl>
    <w:p>
      <w:pPr>
        <w:pStyle w:val="Heading3"/>
      </w:pPr>
      <w:r>
        <w:t>Résumé :</w:t>
      </w:r>
    </w:p>
    <w:p>
      <w:r>
        <w:t>Instrumentation industrielle. tome 1 est un ouvrage de référence consacré aux fondements de l'instrumentation et de la métrologie industrielles. destiné aux ingénieurs, techniciens supérieurs et étudiants en génie des procédés, automatique, électronique et électrotechnique, il présente les principes de la mesure industrielle, le traitement des signaux et les bases de la conception des systèmes d'instrumentation.</w:t>
        <w:br/>
        <w:br/>
        <w:t>la première partie traite de la métrologie industrielle : nature des grandeurs physiques, unités de mesure, erreurs de mesure, étalonnage, caractéristiques métrologiques des instruments, précision, fidélité, sensibilité et incertitudes. elle expose également les principales méthodes d'acquisition et de conditionnement des signaux issus des capteurs.</w:t>
        <w:br/>
        <w:br/>
        <w:t>la seconde partie est consacrée au traitement de l'information et à la conception des systèmes d'instrumentation. les auteurs présentent les fonctions logiques, les méthodes de traitement analogique et numérique des signaux, ainsi que les principes de réalisation des chaînes de mesure utilisées dans les installations industrielles. l'ouvrage est complété par des annexes sur l'algèbre de boole et les unités du système international.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