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 processing of power quality disturbances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Bollen, J/ Yu-hua gu, Irene/ </w:t>
            </w:r>
          </w:p>
        </w:tc>
      </w:tr>
      <w:tr>
        <w:trPr>
          <w:trHeight w:val="567"/>
        </w:trPr>
        <w:tc>
          <w:tcPr>
            <w:tcW w:type="dxa" w:w="3000"/>
          </w:tcPr>
          <w:p>
            <w:r>
              <w:t>Adresse bib.</w:t>
            </w:r>
          </w:p>
        </w:tc>
        <w:tc>
          <w:tcPr>
            <w:tcW w:type="dxa" w:w="7000"/>
          </w:tcPr>
          <w:p>
            <w:r>
              <w:t xml:space="preserve">IEEE Press/ </w:t>
            </w:r>
          </w:p>
        </w:tc>
      </w:tr>
      <w:tr>
        <w:trPr>
          <w:trHeight w:val="567"/>
        </w:trPr>
        <w:tc>
          <w:tcPr>
            <w:tcW w:type="dxa" w:w="3000"/>
          </w:tcPr>
          <w:p>
            <w:r>
              <w:t>Nombre de Pages</w:t>
            </w:r>
          </w:p>
        </w:tc>
        <w:tc>
          <w:tcPr>
            <w:tcW w:type="dxa" w:w="7000"/>
          </w:tcPr>
          <w:p>
            <w:r>
              <w:t>861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829-847 Index.p.p 849-861</w:t>
            </w:r>
          </w:p>
        </w:tc>
      </w:tr>
      <w:tr>
        <w:trPr>
          <w:trHeight w:val="567"/>
        </w:trPr>
        <w:tc>
          <w:tcPr>
            <w:tcW w:type="dxa" w:w="3000"/>
          </w:tcPr>
          <w:p>
            <w:r>
              <w:t>Numéro d'Identification</w:t>
            </w:r>
          </w:p>
        </w:tc>
        <w:tc>
          <w:tcPr>
            <w:tcW w:type="dxa" w:w="7000"/>
          </w:tcPr>
          <w:p>
            <w:r>
              <w:t>9780471731689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quality/ voltage unbalance/ </w:t>
            </w:r>
          </w:p>
        </w:tc>
      </w:tr>
    </w:tbl>
    <w:p>
      <w:pPr>
        <w:pStyle w:val="Heading3"/>
      </w:pPr>
      <w:r>
        <w:t>Résumé :</w:t>
      </w:r>
    </w:p>
    <w:p>
      <w:r>
        <w:t>The book bridges electrical power engineering and digital signal processing by explaining how disturbances such as harmonics, voltage sags, swells, interruptions, flicker, transients, and unbalance can be detected, analyzed, and classified.</w:t>
        <w:br/>
        <w:br/>
        <w:br/>
        <w:br/>
        <w:t>It introduces both classical and advanced signal processing methods, including Fourier analysis, Short-Time Fourier Transform (STFT), wavelet transforms, Kalman filtering, and high-resolution spectral estimation. The authors also discuss statistical analysis, event detection, segmentation, machine learning techniques for automatic disturbance classification, and international IEC/IEEE standards for power quality assessment.</w:t>
        <w:br/>
        <w:br/>
        <w:br/>
        <w:br/>
        <w:t>The book is intended for graduate students, researchers, and practicing engineers working in power systems, smart grids, electrical measurements, and power quality monitoring. It combines theoretical foundations with practical applications, making it an authoritative reference in the field.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