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Chauffage monotube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Gazel,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chauffage monotube/ Chaudières/ chauffage central/ équilibrage hydraulique/ CVC (Chauffage, Ventilation, Climatisation)/ maintenance des installations/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