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théorique et pratique des engrenages.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Henriot,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engrenages/ transmission mécanique/ </w:t>
            </w:r>
          </w:p>
        </w:tc>
      </w:tr>
    </w:tbl>
    <w:p>
      <w:pPr>
        <w:pStyle w:val="Heading3"/>
      </w:pPr>
      <w:r>
        <w:t>Résumé :</w:t>
      </w:r>
    </w:p>
    <w:p>
      <w:r>
        <w:t>Cet ouvrage est un traité de référence consacré à la théorie, au calcul, à la conception et à la fabrication des engrenages. Il expose les principes fondamentaux de la géométrie des dentures et de la cinématique de l'engrènement, puis développe les méthodes de dimensionnement et d'analyse des différents types d'engrenages (cylindriques, coniques, hélicoïdaux, à vis sans fin et trains épicycloïdaux). L'auteur présente également les procédés de fabrication, les traitements thermiques, les méthodes de contrôle de qualité ainsi que les critères de résistance, de lubrification et de rendement.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