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 power system installation practice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Atabekov, V/ Volodina, O/ </w:t>
            </w:r>
          </w:p>
        </w:tc>
      </w:tr>
      <w:tr>
        <w:trPr>
          <w:trHeight w:val="567"/>
        </w:trPr>
        <w:tc>
          <w:tcPr>
            <w:tcW w:type="dxa" w:w="3000"/>
          </w:tcPr>
          <w:p>
            <w:r>
              <w:t>Adresse bib.</w:t>
            </w:r>
          </w:p>
        </w:tc>
        <w:tc>
          <w:tcPr>
            <w:tcW w:type="dxa" w:w="7000"/>
          </w:tcPr>
          <w:p>
            <w:r>
              <w:t xml:space="preserve">Editions Mir Moscou/ </w:t>
            </w:r>
          </w:p>
        </w:tc>
      </w:tr>
      <w:tr>
        <w:trPr>
          <w:trHeight w:val="567"/>
        </w:trPr>
        <w:tc>
          <w:tcPr>
            <w:tcW w:type="dxa" w:w="3000"/>
          </w:tcPr>
          <w:p>
            <w:r>
              <w:t>Nombre de Pages</w:t>
            </w:r>
          </w:p>
        </w:tc>
        <w:tc>
          <w:tcPr>
            <w:tcW w:type="dxa" w:w="7000"/>
          </w:tcPr>
          <w:p>
            <w:r>
              <w:t>357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 p.p 355-357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switchgear/ earthing/ </w:t>
            </w:r>
          </w:p>
        </w:tc>
      </w:tr>
    </w:tbl>
    <w:p>
      <w:pPr>
        <w:pStyle w:val="Heading3"/>
      </w:pPr>
      <w:r>
        <w:t>Résumé :</w:t>
      </w:r>
    </w:p>
    <w:p>
      <w:r>
        <w:t>Electric Power System Installation Practice provides a comprehensive guide to the installation, testing, operation, and maintenance of electric power systems. It covers the installation of electrical equipment, transformers, switchgear, cables, grounding systems, and protection devices while emphasizing safety standards and industry best practices. The book also discusses testing and commissioning procedures, maintenance strategies, power quality, and compliance with international electrical standards such as IEC, IEEE, and NEC. It is intended for electrical engineering students, technicians, installation engineers, and professionals involved in power system design, construction, and maintenance.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