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 électriques ( continu et base fréquence).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Baurand, Jean/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301-303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multimètre numérique/ incertitude de mesure/ </w:t>
            </w:r>
          </w:p>
        </w:tc>
      </w:tr>
    </w:tbl>
    <w:p>
      <w:pPr>
        <w:pStyle w:val="Heading3"/>
      </w:pPr>
      <w:r>
        <w:t>Résumé :</w:t>
      </w:r>
    </w:p>
    <w:p>
      <w:r>
        <w:t>L'ouvrage explique les méthodes de mesure des principales grandeurs électriques (tension, courant, résistance, puissance), les caractéristiques des instruments analogiques et numériques, ainsi que les notions essentielles d'erreurs, d'incertitudes et de précision métrologique. Il aborde également les ponts de mesure, les techniques de mesure des composants passifs et les règles de sécurité indispensables aux travaux de laboratoire et aux applications industrielles. Ce volume constitue une base solide pour les étudiants en électrotechnique, électronique, instrumentation et génie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