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Mabriez, Didier/ Boniface, Philippe/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2713527503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micro-informatique/ Réseaux informatiques/ </w:t>
            </w:r>
          </w:p>
        </w:tc>
      </w:tr>
    </w:tbl>
    <w:p>
      <w:pPr>
        <w:pStyle w:val="Heading3"/>
      </w:pPr>
      <w:r>
        <w:t>Résumé :</w:t>
      </w:r>
    </w:p>
    <w:p>
      <w:r>
        <w:t>Ce livre présente les bases de la micro-informatique ainsi que les principes fondamentaux des réseaux informatiques. Il décrit les composants matériels et logiciels d'un ordinateur, explique le fonctionnement des systèmes d'exploitation, puis introduit les architectures réseau, les protocoles de communication, les équipements de connexion et les notions essentielles de sécurité. Il constitue une ressource d'initiation pour les étudiants, techniciens et utilisateurs souhaitant acquérir une vision globale de l'informatique et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