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circuits and basic semiconductor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Agrawal, J.P./ Agarwal, Amit/ </w:t>
            </w:r>
          </w:p>
        </w:tc>
      </w:tr>
      <w:tr>
        <w:trPr>
          <w:trHeight w:val="567"/>
        </w:trPr>
        <w:tc>
          <w:tcPr>
            <w:tcW w:type="dxa" w:w="3000"/>
          </w:tcPr>
          <w:p>
            <w:r>
              <w:t>Adresse bib.</w:t>
            </w:r>
          </w:p>
        </w:tc>
        <w:tc>
          <w:tcPr>
            <w:tcW w:type="dxa" w:w="7000"/>
          </w:tcPr>
          <w:p>
            <w:r>
              <w:t xml:space="preserve">Pragati prakashan/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8175569190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circuits/ electric current/ </w:t>
            </w:r>
          </w:p>
        </w:tc>
      </w:tr>
    </w:tbl>
    <w:p>
      <w:pPr>
        <w:pStyle w:val="Heading3"/>
      </w:pPr>
      <w:r>
        <w:t>Résumé :</w:t>
      </w:r>
    </w:p>
    <w:p>
      <w:r>
        <w:t>This book provides a comprehensive introduction to the fundamentals of electrical circuit analysis and basic semiconductor electronics. It covers essential electrical principles, including Ohm's Law, Kirchhoff's Laws, DC and AC circuit analysis, and network theorems. It then introduces semiconductor physics, explaining the properties of intrinsic and extrinsic semiconductors, PN junctions, diodes, bipolar junction transistors (BJTs), and field-effect transistors (FETs). The book also discusses rectifier circuits, voltage regulation, amplifier design, and power supply circuits. Numerous worked examples and exercises reinforce theoretical concepts, making the book suitable for undergraduate students in electrical and electronics engineering as well as learners seeking a solid foundation in circuit analysis and semiconductor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