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Études des butées des ouvrages de fondation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Reimbert, Marcel/ Reimbert, André/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197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Génie Civil</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sol/ génie de fondation/ mécanique des sols/ </w:t>
            </w:r>
          </w:p>
        </w:tc>
      </w:tr>
    </w:tbl>
    <w:p>
      <w:pPr>
        <w:pStyle w:val="Heading3"/>
      </w:pPr>
      <w:r>
        <w:t>Résumé :</w:t>
      </w:r>
    </w:p>
    <w:p>
      <w:r>
        <w:t>Études des butées des ouvrages de fondation : mécanique des sols de Marcel Reimbert est un ouvrage de géotechnique consacré à l'étude des pressions passives (butées) exercées par les sols sur les ouvrages de fondation et de soutènement. Il présente les principes théoriques, les résultats d'essais expérimentaux et les méthodes de calcul permettant d'évaluer le comportement des massifs de sol soumis à des déplacements de translation ou de rotation. L'ouvrage s'adresse aux ingénieurs et étudiants en génie civil pour le dimensionnement et la vérification de la stabilité des fondations, des rideaux de palplanches et des parois de soutènement.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