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Technologie en électrotechnique.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Bianciotto, André/ Boye, Pierre/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Techniques et normalisation(N°:None)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installation électrique/ </w:t>
            </w:r>
          </w:p>
        </w:tc>
      </w:tr>
    </w:tbl>
    <w:p>
      <w:pPr>
        <w:pStyle w:val="Heading3"/>
      </w:pPr>
      <w:r>
        <w:t>Résumé :</w:t>
      </w:r>
    </w:p>
    <w:p>
      <w:r>
        <w:t>L'ouvrage aborde les installations industrielles, agricoles, hospitalières, commerciales et administratives en mettant l'accent sur les normes de sécurité, la protection des personnes et des matériels, ainsi que l'organisation des réseaux électriques. Il se conclut par une présentation des systèmes de production, de transport et de distribution de l'énergie électrique, offrant une vision globale des infrastructures électriques et de leurs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