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statistique de données avec Student Systat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 Kenneth N./ Steagall, Jeffrey W./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2841800032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statistique d'ordre/ SYSTAT/ </w:t>
            </w:r>
          </w:p>
        </w:tc>
      </w:tr>
    </w:tbl>
    <w:p>
      <w:pPr>
        <w:pStyle w:val="Heading3"/>
      </w:pPr>
      <w:r>
        <w:t>Résumé :</w:t>
      </w:r>
    </w:p>
    <w:p>
      <w:r>
        <w:t>Cet ouvrage constitue un guide pratique pour apprendre à utiliser Student SYSTAT afin de réaliser des analyses statistiques sur des données expérimentales ou d'enquête. Il présente les concepts fondamentaux de la statistique descriptive et inférentielle, puis montre comment les mettre en œuvre avec le logiciel. Le lecteur apprend à gérer des bases de données, produire des graphiques, effectuer des tests statistiques, construire des modèles de régression, réaliser des analyses multivariées et interpréter correctement les résultats. L'ouvrage s'adresse principalement aux étudiants, enseignants, chercheurs et professionnels ayant besoin d'exploiter des données quantitatives avec un logiciel de statistique.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