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Bogoroditsky, N.P./ Tareev, B.M./ Pasynkov, V.V./ </w:t>
            </w:r>
          </w:p>
        </w:tc>
      </w:tr>
      <w:tr>
        <w:trPr>
          <w:trHeight w:val="567"/>
        </w:trPr>
        <w:tc>
          <w:tcPr>
            <w:tcW w:type="dxa" w:w="3000"/>
          </w:tcPr>
          <w:p>
            <w:r>
              <w:t>Adresse bib.</w:t>
            </w:r>
          </w:p>
        </w:tc>
        <w:tc>
          <w:tcPr>
            <w:tcW w:type="dxa" w:w="7000"/>
          </w:tcPr>
          <w:p>
            <w:r>
              <w:t xml:space="preserve">Mir Publishres/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engineering materials/ conducting materials/ </w:t>
            </w:r>
          </w:p>
        </w:tc>
      </w:tr>
    </w:tbl>
    <w:p>
      <w:pPr>
        <w:pStyle w:val="Heading3"/>
      </w:pPr>
      <w:r>
        <w:t>Résumé :</w:t>
      </w:r>
    </w:p>
    <w:p>
      <w:r>
        <w:t>Electrical Engineering Materials by Bogoroditsky provides a comprehensive introduction to the materials used in electrical and electronic engineering. The book explains the physical principles governing the behavior of conducting, insulating, semiconductor, magnetic, and superconducting materials. It discusses their electrical, thermal, mechanical, and magnetic properties and highlights their applications in electrical machines, transformers, cables, power systems, and electronic devices. The text also covers material degradation, insulation aging, and reliability, emphasizing the importance of selecting appropriate materials to improve efficiency, safety, and durability in electrical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