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asservis linéaires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Borne, Pierre/ Ksouri, Meki/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Technologies(N°:None)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9973948343</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boucle ouverte/ modélisation de système/ </w:t>
            </w:r>
          </w:p>
        </w:tc>
      </w:tr>
    </w:tbl>
    <w:p>
      <w:pPr>
        <w:pStyle w:val="Heading3"/>
      </w:pPr>
      <w:r>
        <w:t>Résumé :</w:t>
      </w:r>
    </w:p>
    <w:p>
      <w:r>
        <w:t>Systèmes asservis linéaires continus est un manuel d'enseignement consacré à l'étude des systèmes de commande linéaires à temps continu. l'ouvrage présente les fondements de l'automatique classique en adoptant une approche progressive, depuis la modélisation mathématique des systèmes dynamiques jusqu'à l'analyse et la synthèse des lois de commande.</w:t>
        <w:br/>
        <w:br/>
        <w:t>les auteurs exposent les notions essentielles de représentation des systèmes par fonctions de transfert et schémas-blocs, puis développent les méthodes d'analyse temporelle et fréquentielle permettant d'évaluer les performances des systèmes asservis. les critères de stabilité, de précision et de rapidité sont étudiés avant d'introduire les techniques de correction et de synthèse des régulateurs destinées à améliorer les performances des systèmes en boucle fermée.</w:t>
        <w:br/>
        <w:br/>
        <w:t>l'ouvrage est enrichi de nombreux exercices et problèmes résolus, facilitant l'acquisition des méthodes de calcul et leur application à des systèmes électriques, mécaniques, électromécaniques et industriels. il constitue un manuel de référence pour les étudiants en automatique, génie électrique, électronique, mécatronique et pour les ingénieurs souhaitant maîtriser les principes des systèmes asservis linéaires continus.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