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PC &amp; électronique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Zoller, Bernd./ Olivier, Philippe/ Liger, François/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Grand livre(N°:None)</w:t>
            </w:r>
          </w:p>
        </w:tc>
      </w:tr>
      <w:tr>
        <w:trPr>
          <w:trHeight w:val="567"/>
        </w:trPr>
        <w:tc>
          <w:tcPr>
            <w:tcW w:type="dxa" w:w="3000"/>
          </w:tcPr>
          <w:p>
            <w:r>
              <w:t>Numéro d'Identification</w:t>
            </w:r>
          </w:p>
        </w:tc>
        <w:tc>
          <w:tcPr>
            <w:tcW w:type="dxa" w:w="7000"/>
          </w:tcPr>
          <w:p>
            <w:r>
              <w:t>2742908412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PC (ordinateur)/ </w:t>
            </w:r>
          </w:p>
        </w:tc>
      </w:tr>
    </w:tbl>
    <w:p>
      <w:pPr>
        <w:pStyle w:val="Heading3"/>
      </w:pPr>
      <w:r>
        <w:t>Résumé :</w:t>
      </w:r>
    </w:p>
    <w:p>
      <w:r>
        <w:t>PC &amp; électronique pratique est un ouvrage pédagogique destiné aux débutants, étudiants et passionnés d’électronique souhaitant utiliser un ordinateur comme outil de commande et de contrôle. Le livre présente les notions essentielles d’électronique ainsi que les techniques permettant de connecter un PC à des équipements externes. L’auteur explique la conception de circuits simples, l’utilisation des interfaces matérielles et la réalisation de montages pratiques destinés à l’automatisation et à la commande électronique. L’approche est essentiellement expérimentale et progressive : le lecteur apprend à construire des dispositifs réels, à comprendre leur fonctionnement et à développer des applications de pilotage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