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petri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Bourcerie,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9782729863388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production/ analyse de système/ </w:t>
            </w:r>
          </w:p>
        </w:tc>
      </w:tr>
    </w:tbl>
    <w:p>
      <w:pPr>
        <w:pStyle w:val="Heading3"/>
      </w:pPr>
      <w:r>
        <w:t>Résumé :</w:t>
      </w:r>
    </w:p>
    <w:p>
      <w:r>
        <w:t>Le réseau de petri, outil performant de représentation de systèmes complexes à événements discrets, est présenté dans cet ouvrage de façon détaillée et étayée par de nombreux exemples d’applications. deux niveaux de lecture clairement repérés sont proposés : en premier lieu, pour des lecteurs de niveau dut ou bts, les principes essentiels et les démarches nécessaires à l’élaboration de modèles sont décrits précisément et pédagogiquement. en second lieu, pour des lecteurs désireux d’approfondir (niveau master) sont proposées des démonstrations inédites et la construction de modèles plus élaborés. une large gamme d’exercices et de problèmes, entièrement corrigés, complète la présentation et aide à bien cerner l’outil. enfin, une série de projets pour lesquels sont proposées des solutions, guide une analyse ascendante des modèles. l’ensemble de la lecture permet d’acquérir une bonne maîtrise des réseaux de petri et de développer une méthodologie pour l’élaboration de modèles dédiés aux systèmes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